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517" w:rsidRPr="00962872" w:rsidRDefault="006A01AA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6713220" cy="95529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95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872"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B61517" w:rsidRPr="00962872" w:rsidRDefault="00962872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«ФИЗИЧЕСКАЯ КУЛЬТУРА» В УЧЕБНОМ ПЛАНЕ</w:t>
      </w:r>
    </w:p>
    <w:p w:rsidR="00B61517" w:rsidRPr="00962872" w:rsidRDefault="00962872">
      <w:pPr>
        <w:autoSpaceDE w:val="0"/>
        <w:autoSpaceDN w:val="0"/>
        <w:spacing w:before="190" w:after="0" w:line="271" w:lineRule="auto"/>
        <w:ind w:right="76"/>
        <w:jc w:val="both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В 8 классе на изучение предмета отводится 3 часа в неделю, суммарно 102 часа. Вариативные модули (не менее 1 часа в неделю) могут быть реализованы во 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B61517" w:rsidRPr="00962872" w:rsidRDefault="00962872">
      <w:pPr>
        <w:autoSpaceDE w:val="0"/>
        <w:autoSpaceDN w:val="0"/>
        <w:spacing w:before="70" w:after="0"/>
        <w:ind w:right="288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подготовке рабочей программы учитывались личностные и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результаты, зафиксированные в Федеральном государственном образовательном стандарте основного общего образования и в «Универсальном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образования».</w:t>
      </w:r>
    </w:p>
    <w:p w:rsidR="00B61517" w:rsidRPr="00962872" w:rsidRDefault="00B61517">
      <w:pPr>
        <w:rPr>
          <w:lang w:val="ru-RU"/>
        </w:rPr>
        <w:sectPr w:rsidR="00B61517" w:rsidRPr="00962872">
          <w:pgSz w:w="11900" w:h="16840"/>
          <w:pgMar w:top="286" w:right="662" w:bottom="1328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B61517" w:rsidRPr="00962872" w:rsidRDefault="00B61517">
      <w:pPr>
        <w:autoSpaceDE w:val="0"/>
        <w:autoSpaceDN w:val="0"/>
        <w:spacing w:after="78" w:line="220" w:lineRule="exact"/>
        <w:rPr>
          <w:lang w:val="ru-RU"/>
        </w:rPr>
      </w:pPr>
    </w:p>
    <w:p w:rsidR="00B61517" w:rsidRPr="00962872" w:rsidRDefault="00962872">
      <w:pPr>
        <w:autoSpaceDE w:val="0"/>
        <w:autoSpaceDN w:val="0"/>
        <w:spacing w:after="0" w:line="230" w:lineRule="auto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61517" w:rsidRPr="00962872" w:rsidRDefault="00962872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Знания о физической культуре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. 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</w:t>
      </w:r>
    </w:p>
    <w:p w:rsidR="00B61517" w:rsidRPr="00962872" w:rsidRDefault="00962872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Способы самостоятельной деятельности.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Коррекция осанки и разработка индивидуальных планов занятий корригирующей гимнастикой. Коррекция избыточной массы тела и разработка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индивидуальных планов занятий корригирующей гимнастикой.</w:t>
      </w:r>
    </w:p>
    <w:p w:rsidR="00B61517" w:rsidRPr="00962872" w:rsidRDefault="00962872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B61517" w:rsidRPr="00962872" w:rsidRDefault="00962872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</w:t>
      </w:r>
      <w:proofErr w:type="spellStart"/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совершенствование.</w:t>
      </w:r>
      <w:r w:rsidRPr="0096287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Физкультурно</w:t>
      </w:r>
      <w:proofErr w:type="spellEnd"/>
      <w:r w:rsidRPr="0096287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-оздоровительная деятельность.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B61517" w:rsidRPr="00962872" w:rsidRDefault="0096287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96287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Спортивно-оздоровительная деятельность.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Модуль «Гимнастика». 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</w:t>
      </w:r>
    </w:p>
    <w:p w:rsidR="00B61517" w:rsidRPr="00962872" w:rsidRDefault="0096287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B61517" w:rsidRPr="00962872" w:rsidRDefault="0096287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6287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«Лёгкая атлетика»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. Кроссовый бег; прыжок в длину с разбега способом «прогнувшись».</w:t>
      </w:r>
    </w:p>
    <w:p w:rsidR="00B61517" w:rsidRPr="00962872" w:rsidRDefault="00962872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</w:t>
      </w:r>
    </w:p>
    <w:p w:rsidR="00B61517" w:rsidRPr="00962872" w:rsidRDefault="0096287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6287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«Зимние виды спорта»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Передвижение на лыжах одновременным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бесшажным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ходом; преодоление естественных препятствий на лыжах широким шагом, перешагиванием,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перелазанием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; торможение боковым скольжением при спуске на лыжах с пологого склона; переход с попеременного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двухшажного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хода на одновременный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бесшажный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ход и обратно; ранее разученные упражнения лыжной подготовки в передвижениях на лыжах, при спусках, подъёмах, торможении.</w:t>
      </w:r>
    </w:p>
    <w:p w:rsidR="00B61517" w:rsidRPr="00962872" w:rsidRDefault="00962872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96287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«Плавание».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Старт прыжком с тумбочки при плавании кролем на груди; старт из воды толчком от стенки бассейна при плавании кролем на спине. Повороты при плавании кролем на груди и на спине.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Проплывание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учебных дистанций кролем на груди и на спине. </w:t>
      </w:r>
    </w:p>
    <w:p w:rsidR="00B61517" w:rsidRPr="00962872" w:rsidRDefault="0096287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6287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«Спортивные игры»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61517" w:rsidRPr="00962872" w:rsidRDefault="0096287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Баскетбол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. Повороты туловища в правую и левую стороны с удержанием мяча двумя руками; передача мяча одной рукой от плеча и снизу;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B61517" w:rsidRPr="00962872" w:rsidRDefault="0096287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Волейбол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. Прямой нападающий удар; индивидуальное блокирование мяча в прыжке с места;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B61517" w:rsidRPr="00962872" w:rsidRDefault="00962872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Футбол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. Удар по мячу с разбега внутренней частью подъёма стопы; остановка мяча внутренней стороной стопы. Правила игры в мини-футбол;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</w:t>
      </w:r>
    </w:p>
    <w:p w:rsidR="00B61517" w:rsidRPr="00962872" w:rsidRDefault="00B61517">
      <w:pPr>
        <w:rPr>
          <w:lang w:val="ru-RU"/>
        </w:rPr>
        <w:sectPr w:rsidR="00B61517" w:rsidRPr="00962872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1517" w:rsidRPr="00962872" w:rsidRDefault="00B61517">
      <w:pPr>
        <w:autoSpaceDE w:val="0"/>
        <w:autoSpaceDN w:val="0"/>
        <w:spacing w:after="96" w:line="220" w:lineRule="exact"/>
        <w:rPr>
          <w:lang w:val="ru-RU"/>
        </w:rPr>
      </w:pPr>
    </w:p>
    <w:p w:rsidR="00B61517" w:rsidRPr="00962872" w:rsidRDefault="00962872">
      <w:pPr>
        <w:autoSpaceDE w:val="0"/>
        <w:autoSpaceDN w:val="0"/>
        <w:spacing w:after="0" w:line="230" w:lineRule="auto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разученных технических приёмов (юноши).</w:t>
      </w:r>
    </w:p>
    <w:p w:rsidR="00B61517" w:rsidRPr="00962872" w:rsidRDefault="00962872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B61517" w:rsidRPr="00962872" w:rsidRDefault="00962872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6287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«Спорт».</w:t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B61517" w:rsidRPr="00962872" w:rsidRDefault="00B61517">
      <w:pPr>
        <w:rPr>
          <w:lang w:val="ru-RU"/>
        </w:rPr>
        <w:sectPr w:rsidR="00B61517" w:rsidRPr="00962872">
          <w:pgSz w:w="11900" w:h="16840"/>
          <w:pgMar w:top="316" w:right="1082" w:bottom="1440" w:left="666" w:header="720" w:footer="720" w:gutter="0"/>
          <w:cols w:space="720" w:equalWidth="0">
            <w:col w:w="10152" w:space="0"/>
          </w:cols>
          <w:docGrid w:linePitch="360"/>
        </w:sectPr>
      </w:pPr>
    </w:p>
    <w:p w:rsidR="00B61517" w:rsidRPr="00962872" w:rsidRDefault="00B61517">
      <w:pPr>
        <w:autoSpaceDE w:val="0"/>
        <w:autoSpaceDN w:val="0"/>
        <w:spacing w:after="78" w:line="220" w:lineRule="exact"/>
        <w:rPr>
          <w:lang w:val="ru-RU"/>
        </w:rPr>
      </w:pPr>
    </w:p>
    <w:p w:rsidR="00B61517" w:rsidRPr="00962872" w:rsidRDefault="00962872">
      <w:pPr>
        <w:autoSpaceDE w:val="0"/>
        <w:autoSpaceDN w:val="0"/>
        <w:spacing w:after="0" w:line="230" w:lineRule="auto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61517" w:rsidRPr="00962872" w:rsidRDefault="00962872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61517" w:rsidRPr="00962872" w:rsidRDefault="00962872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к физическому совершенствованию, формированию культуры движения и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телосложения, самовыражению в избранном виде спорта;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физичес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​ких нагрузок;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деятельности, общении со сверстниками, публичных выступлениях и дискуссиях.</w:t>
      </w:r>
    </w:p>
    <w:p w:rsidR="00B61517" w:rsidRPr="00962872" w:rsidRDefault="0096287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61517" w:rsidRPr="00962872" w:rsidRDefault="00962872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познавательные действия: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B61517" w:rsidRPr="00962872" w:rsidRDefault="00B61517">
      <w:pPr>
        <w:rPr>
          <w:lang w:val="ru-RU"/>
        </w:rPr>
        <w:sectPr w:rsidR="00B61517" w:rsidRPr="00962872">
          <w:pgSz w:w="11900" w:h="16840"/>
          <w:pgMar w:top="298" w:right="644" w:bottom="44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B61517" w:rsidRPr="00962872" w:rsidRDefault="00B61517">
      <w:pPr>
        <w:autoSpaceDE w:val="0"/>
        <w:autoSpaceDN w:val="0"/>
        <w:spacing w:after="78" w:line="220" w:lineRule="exact"/>
        <w:rPr>
          <w:lang w:val="ru-RU"/>
        </w:rPr>
      </w:pPr>
    </w:p>
    <w:p w:rsidR="00B61517" w:rsidRPr="00962872" w:rsidRDefault="00962872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B61517" w:rsidRPr="00962872" w:rsidRDefault="0096287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коммуникативные действия: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B61517" w:rsidRPr="00962872" w:rsidRDefault="00962872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учебные регулятивные действия: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индивидуальные комплексы физических упражнений с разной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 конфликтных и нестандартных ситуаций, признавать своё право и право других на ошибку, право на её совместное исправление;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организовывать оказание первой помощи при травмах и ушибах во время самостоятельных занятий</w:t>
      </w:r>
    </w:p>
    <w:p w:rsidR="00B61517" w:rsidRPr="00962872" w:rsidRDefault="00B61517">
      <w:pPr>
        <w:rPr>
          <w:lang w:val="ru-RU"/>
        </w:rPr>
        <w:sectPr w:rsidR="00B61517" w:rsidRPr="00962872">
          <w:pgSz w:w="11900" w:h="16840"/>
          <w:pgMar w:top="298" w:right="732" w:bottom="428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B61517" w:rsidRPr="00962872" w:rsidRDefault="00B61517">
      <w:pPr>
        <w:autoSpaceDE w:val="0"/>
        <w:autoSpaceDN w:val="0"/>
        <w:spacing w:after="66" w:line="220" w:lineRule="exact"/>
        <w:rPr>
          <w:lang w:val="ru-RU"/>
        </w:rPr>
      </w:pPr>
    </w:p>
    <w:p w:rsidR="00B61517" w:rsidRPr="00962872" w:rsidRDefault="00962872">
      <w:pPr>
        <w:autoSpaceDE w:val="0"/>
        <w:autoSpaceDN w:val="0"/>
        <w:spacing w:after="0" w:line="262" w:lineRule="auto"/>
        <w:rPr>
          <w:lang w:val="ru-RU"/>
        </w:rPr>
      </w:pP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физической культурой и спортом, применять способы и приёмы помощи в зависимости от характера и признаков полученной травмы.</w:t>
      </w:r>
    </w:p>
    <w:p w:rsidR="00B61517" w:rsidRPr="00962872" w:rsidRDefault="0096287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B61517" w:rsidRPr="00962872" w:rsidRDefault="00962872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8 классе обучающийся научится: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планы занятия спортивной тренировкой, определять их целевое содержание в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соответствии с индивидуальными показателями развития основных физических качеств;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гимнастическую комбинацию на гимнастическом бревне из ранее освоенных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упражнений с добавлением элементов акробатики и ритмической гимнастики (девушки);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комбинацию на параллельных брусьях с включением упражнений в упоре на руках, кувырка вперёд и соскока; наблюдать их выполнение другими учащимися и сравнивать с заданным образцом, анализировать ошибки и причины их появления, находить способы устранения (юноши); </w:t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учащимися, выявлять ошибки и предлагать способы устранения;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тестовые задания комплекса ГТО в беговых и технических легкоатлетических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дисциплинах в соответствии с установленными требованиями к их технике;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передвижение на лыжах одновременным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бесшажным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ходом; переход с попеременного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двухшажного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хода на одновременный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бесшажный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ход; преодоление естественных препятствий на лыжах широким шагом, перешагиванием, </w:t>
      </w:r>
      <w:proofErr w:type="spellStart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перелазанием</w:t>
      </w:r>
      <w:proofErr w:type="spellEnd"/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 (для бесснежных районов — имитация передвижения);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 в бассейне при выполнении плавательных упражнений;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прыжки в воду со стартовой тумбы;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технические элементы плавания кролем на груди в согласовании с дыханием;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использовать технические действия спортивных игр: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баскетбол (передача мяча одной рукой снизу и от плеча; бросок в корзину двумя и одной рукой в прыжке; тактические действия в защите и нападении; использование разученных технических и тактических действий в условиях игровой деятельности);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волейбол (прямой нападающий удар и индивидуальное блокирование мяча в прыжке с места; тактические действия в защите и нападении; использование разученных технических и тактических действий в условиях игровой деятельности);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футбол (удары по неподвижному, катящемуся и летящему мячу с разбега внутренней и внешней частью подъёма стопы; тактические действия игроков в нападении и защите; использование разученных технических и тактических действий в условиях игровой деятельности); </w:t>
      </w:r>
      <w:r w:rsidRPr="00962872">
        <w:rPr>
          <w:lang w:val="ru-RU"/>
        </w:rPr>
        <w:br/>
      </w:r>
      <w:r w:rsidRPr="00962872">
        <w:rPr>
          <w:lang w:val="ru-RU"/>
        </w:rPr>
        <w:tab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B61517" w:rsidRPr="00962872" w:rsidRDefault="00B61517">
      <w:pPr>
        <w:rPr>
          <w:lang w:val="ru-RU"/>
        </w:rPr>
        <w:sectPr w:rsidR="00B61517" w:rsidRPr="00962872">
          <w:pgSz w:w="11900" w:h="16840"/>
          <w:pgMar w:top="286" w:right="652" w:bottom="992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B61517" w:rsidRPr="00962872" w:rsidRDefault="00B61517">
      <w:pPr>
        <w:autoSpaceDE w:val="0"/>
        <w:autoSpaceDN w:val="0"/>
        <w:spacing w:after="64" w:line="220" w:lineRule="exact"/>
        <w:rPr>
          <w:lang w:val="ru-RU"/>
        </w:rPr>
      </w:pPr>
    </w:p>
    <w:p w:rsidR="00B61517" w:rsidRDefault="0096287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42"/>
        <w:gridCol w:w="528"/>
        <w:gridCol w:w="1104"/>
        <w:gridCol w:w="1140"/>
        <w:gridCol w:w="804"/>
        <w:gridCol w:w="1106"/>
        <w:gridCol w:w="828"/>
        <w:gridCol w:w="1382"/>
      </w:tblGrid>
      <w:tr w:rsidR="00B6151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B6151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</w:tr>
      <w:tr w:rsidR="00B61517" w:rsidRPr="00A503F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ЗНАНИЯ О ФИЗИЧЕСКОЙ КУЛЬТУРЕ</w:t>
            </w:r>
          </w:p>
        </w:tc>
      </w:tr>
      <w:tr w:rsidR="00B61517" w:rsidRPr="00A503F1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Физическая культура в современном обществе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Адаптивная физическая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СПОСОБЫ САМОСТОЯТЕЛЬНОЙ ДЕЯТЕЛЬНОСТИ</w:t>
            </w:r>
          </w:p>
        </w:tc>
      </w:tr>
      <w:tr w:rsidR="00B6151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Коррекция нарушения осанки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Коррекция избыточной массы тела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Составление планов-конспектов для самостоятельных занятий спортивной подготовкой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учёта индивидуальных особенностей при составлении планов самостоятельных тренированных занятий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>
        <w:trPr>
          <w:trHeight w:hRule="exact" w:val="350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ФИЗИЧЕСКОЕ СОВЕРШЕНСТВОВАНИЕ</w:t>
            </w:r>
          </w:p>
        </w:tc>
      </w:tr>
      <w:tr w:rsidR="00B6151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Профилактика умственного перенапряжения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Гимнастическая комбинация на перекладине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Гимнастическая комбинация на параллельных брусьях, перекладине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Кроссовый бег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проведения соревнований по лёгкой атлетике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Подготовка к выполнению нормативов комплекса ГТО в беговых дисциплинах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8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0" w:lineRule="auto"/>
              <w:jc w:val="center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Подготовка к выполнению нормативов комплекса ГТО в технических дисциплинах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передвижения на лыжах одновременным </w:t>
            </w:r>
            <w:proofErr w:type="spellStart"/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бесшажным</w:t>
            </w:r>
            <w:proofErr w:type="spellEnd"/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ходом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Торможение боковым скольжением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Переход с одного лыжного хода на другой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«Плавание».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Техника стартов при плавании кролем на груди и на спине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</w:tbl>
    <w:p w:rsidR="00B61517" w:rsidRPr="00962872" w:rsidRDefault="00B61517">
      <w:pPr>
        <w:autoSpaceDE w:val="0"/>
        <w:autoSpaceDN w:val="0"/>
        <w:spacing w:after="0" w:line="14" w:lineRule="exact"/>
        <w:rPr>
          <w:lang w:val="ru-RU"/>
        </w:rPr>
      </w:pPr>
    </w:p>
    <w:p w:rsidR="00B61517" w:rsidRPr="00962872" w:rsidRDefault="00B61517">
      <w:pPr>
        <w:rPr>
          <w:lang w:val="ru-RU"/>
        </w:rPr>
        <w:sectPr w:rsidR="00B61517" w:rsidRPr="00962872">
          <w:pgSz w:w="16840" w:h="11900"/>
          <w:pgMar w:top="282" w:right="640" w:bottom="3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61517" w:rsidRPr="00962872" w:rsidRDefault="00B6151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42"/>
        <w:gridCol w:w="528"/>
        <w:gridCol w:w="1104"/>
        <w:gridCol w:w="1140"/>
        <w:gridCol w:w="804"/>
        <w:gridCol w:w="1106"/>
        <w:gridCol w:w="828"/>
        <w:gridCol w:w="1382"/>
      </w:tblGrid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«Плавание».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«Плавание». </w:t>
            </w:r>
            <w:proofErr w:type="spellStart"/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Проплывание</w:t>
            </w:r>
            <w:proofErr w:type="spellEnd"/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учебных дистанций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Повороты с мячом на месте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3.18.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3.19.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3.20.</w:t>
            </w:r>
          </w:p>
        </w:tc>
        <w:tc>
          <w:tcPr>
            <w:tcW w:w="8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Прямой нападающий удар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Методические рекомендации по самостоятельному решению задач при разучивании прямого нападающего удара, способам контроля и оценивания его технического выполнения, подбору и выполнению подводящих упражнений, соблюдению техники безопасности во время его разучивания и закрепления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Тактические действия в игре волейбол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45" w:lineRule="auto"/>
              <w:ind w:left="72" w:right="1296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Методические рекомендации по способам использования индивидуального блокирования мяча в условиях игровой деятельности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 w:rsidRPr="00A503F1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Футбол». </w:t>
            </w: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Основные тактические схемы игры футбол и мини-футбол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B61517">
            <w:pPr>
              <w:rPr>
                <w:lang w:val="ru-RU"/>
              </w:rPr>
            </w:pPr>
          </w:p>
        </w:tc>
      </w:tr>
      <w:tr w:rsidR="00B61517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64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СПОРТ</w:t>
            </w:r>
          </w:p>
        </w:tc>
      </w:tr>
      <w:tr w:rsidR="00B6151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32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4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</w:tbl>
    <w:p w:rsidR="00B61517" w:rsidRDefault="00B61517">
      <w:pPr>
        <w:autoSpaceDE w:val="0"/>
        <w:autoSpaceDN w:val="0"/>
        <w:spacing w:after="0" w:line="14" w:lineRule="exact"/>
      </w:pPr>
    </w:p>
    <w:p w:rsidR="00B61517" w:rsidRDefault="00B61517">
      <w:pPr>
        <w:sectPr w:rsidR="00B6151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61517" w:rsidRDefault="00B61517">
      <w:pPr>
        <w:autoSpaceDE w:val="0"/>
        <w:autoSpaceDN w:val="0"/>
        <w:spacing w:after="78" w:line="220" w:lineRule="exact"/>
      </w:pPr>
    </w:p>
    <w:p w:rsidR="00B61517" w:rsidRDefault="00962872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B61517">
        <w:trPr>
          <w:trHeight w:hRule="exact" w:val="492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B6151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</w:tbl>
    <w:p w:rsidR="00B61517" w:rsidRDefault="00B61517">
      <w:pPr>
        <w:autoSpaceDE w:val="0"/>
        <w:autoSpaceDN w:val="0"/>
        <w:spacing w:after="0" w:line="14" w:lineRule="exact"/>
      </w:pPr>
    </w:p>
    <w:p w:rsidR="00B61517" w:rsidRDefault="00B61517">
      <w:pPr>
        <w:sectPr w:rsidR="00B61517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1517" w:rsidRDefault="00B615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</w:tbl>
    <w:p w:rsidR="00B61517" w:rsidRDefault="00B61517">
      <w:pPr>
        <w:autoSpaceDE w:val="0"/>
        <w:autoSpaceDN w:val="0"/>
        <w:spacing w:after="0" w:line="14" w:lineRule="exact"/>
      </w:pPr>
    </w:p>
    <w:p w:rsidR="00B61517" w:rsidRDefault="00B61517">
      <w:pPr>
        <w:sectPr w:rsidR="00B61517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1517" w:rsidRDefault="00B615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</w:tbl>
    <w:p w:rsidR="00B61517" w:rsidRDefault="00B61517">
      <w:pPr>
        <w:autoSpaceDE w:val="0"/>
        <w:autoSpaceDN w:val="0"/>
        <w:spacing w:after="0" w:line="14" w:lineRule="exact"/>
      </w:pPr>
    </w:p>
    <w:p w:rsidR="00B61517" w:rsidRDefault="00B61517">
      <w:pPr>
        <w:sectPr w:rsidR="00B61517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1517" w:rsidRDefault="00B615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  <w:tr w:rsidR="00B61517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Pr="00962872" w:rsidRDefault="0096287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6287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9628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1517" w:rsidRDefault="00B61517"/>
        </w:tc>
      </w:tr>
    </w:tbl>
    <w:p w:rsidR="00B61517" w:rsidRDefault="00B61517">
      <w:pPr>
        <w:autoSpaceDE w:val="0"/>
        <w:autoSpaceDN w:val="0"/>
        <w:spacing w:after="0" w:line="14" w:lineRule="exact"/>
      </w:pPr>
    </w:p>
    <w:p w:rsidR="00B61517" w:rsidRDefault="00B61517">
      <w:pPr>
        <w:sectPr w:rsidR="00B6151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1517" w:rsidRDefault="00B61517">
      <w:pPr>
        <w:autoSpaceDE w:val="0"/>
        <w:autoSpaceDN w:val="0"/>
        <w:spacing w:after="78" w:line="220" w:lineRule="exact"/>
      </w:pPr>
    </w:p>
    <w:p w:rsidR="00B61517" w:rsidRDefault="0096287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61517" w:rsidRPr="00962872" w:rsidRDefault="00962872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962872">
        <w:rPr>
          <w:lang w:val="ru-RU"/>
        </w:rPr>
        <w:br/>
      </w: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61517" w:rsidRPr="00962872" w:rsidRDefault="00B61517">
      <w:pPr>
        <w:rPr>
          <w:lang w:val="ru-RU"/>
        </w:rPr>
        <w:sectPr w:rsidR="00B61517" w:rsidRPr="0096287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1517" w:rsidRPr="00962872" w:rsidRDefault="00B61517">
      <w:pPr>
        <w:autoSpaceDE w:val="0"/>
        <w:autoSpaceDN w:val="0"/>
        <w:spacing w:after="78" w:line="220" w:lineRule="exact"/>
        <w:rPr>
          <w:lang w:val="ru-RU"/>
        </w:rPr>
      </w:pPr>
    </w:p>
    <w:p w:rsidR="00B61517" w:rsidRPr="00962872" w:rsidRDefault="00962872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962872">
        <w:rPr>
          <w:lang w:val="ru-RU"/>
        </w:rPr>
        <w:br/>
      </w:r>
      <w:proofErr w:type="spellStart"/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96287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B61517" w:rsidRPr="00962872" w:rsidRDefault="00B61517">
      <w:pPr>
        <w:rPr>
          <w:lang w:val="ru-RU"/>
        </w:rPr>
        <w:sectPr w:rsidR="00B61517" w:rsidRPr="0096287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62872" w:rsidRPr="00962872" w:rsidRDefault="00962872">
      <w:pPr>
        <w:rPr>
          <w:lang w:val="ru-RU"/>
        </w:rPr>
      </w:pPr>
    </w:p>
    <w:sectPr w:rsidR="00962872" w:rsidRPr="0096287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01AA"/>
    <w:rsid w:val="008D221A"/>
    <w:rsid w:val="00962872"/>
    <w:rsid w:val="00A503F1"/>
    <w:rsid w:val="00AA1D8D"/>
    <w:rsid w:val="00B47730"/>
    <w:rsid w:val="00B6151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966AC83-468F-4A38-9FD5-89435CC7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457A45-507F-4746-93CD-16B2482C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3015</Words>
  <Characters>17190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2023-06-15T06:22:00Z</dcterms:modified>
  <cp:category/>
</cp:coreProperties>
</file>